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A555" w14:textId="77777777" w:rsidR="004D262A" w:rsidRDefault="00000000">
      <w:pPr>
        <w:spacing w:after="240" w:line="300" w:lineRule="auto"/>
        <w:jc w:val="center"/>
        <w:rPr>
          <w:rFonts w:hint="eastAsia"/>
          <w:lang w:eastAsia="zh-CN"/>
        </w:rPr>
      </w:pPr>
      <w:r>
        <w:rPr>
          <w:rFonts w:ascii="Times New Roman" w:eastAsia="方正小标宋简体" w:hAnsi="Times New Roman"/>
          <w:sz w:val="36"/>
          <w:lang w:eastAsia="zh-CN"/>
        </w:rPr>
        <w:t>人工智能医疗器械指导原则及配套附件意见反馈表</w:t>
      </w:r>
    </w:p>
    <w:p w14:paraId="7A7997E6" w14:textId="77777777" w:rsidR="004D262A" w:rsidRDefault="00000000">
      <w:pPr>
        <w:spacing w:line="300" w:lineRule="auto"/>
        <w:jc w:val="center"/>
        <w:rPr>
          <w:rFonts w:hint="eastAsia"/>
          <w:lang w:eastAsia="zh-CN"/>
        </w:rPr>
      </w:pPr>
      <w:r>
        <w:rPr>
          <w:rFonts w:ascii="Times New Roman" w:hAnsi="Times New Roman"/>
          <w:lang w:eastAsia="zh-CN"/>
        </w:rPr>
        <w:t>（《大模型与生成式人工智能医疗器械性能评价指导原则（征求意见稿）》等</w:t>
      </w:r>
      <w:r>
        <w:rPr>
          <w:rFonts w:ascii="Times New Roman" w:hAnsi="Times New Roman"/>
          <w:lang w:eastAsia="zh-CN"/>
        </w:rPr>
        <w:t>5</w:t>
      </w:r>
      <w:r>
        <w:rPr>
          <w:rFonts w:ascii="Times New Roman" w:hAnsi="Times New Roman"/>
          <w:lang w:eastAsia="zh-CN"/>
        </w:rPr>
        <w:t>项文件）</w:t>
      </w:r>
    </w:p>
    <w:p w14:paraId="25C553A8" w14:textId="43822F2E" w:rsidR="004D262A" w:rsidRDefault="00000000">
      <w:pPr>
        <w:spacing w:after="160" w:line="300" w:lineRule="auto"/>
        <w:ind w:left="283" w:right="283"/>
        <w:rPr>
          <w:rFonts w:hint="eastAsia"/>
          <w:lang w:eastAsia="zh-CN"/>
        </w:rPr>
      </w:pPr>
      <w:r>
        <w:rPr>
          <w:rFonts w:ascii="Times New Roman" w:hAnsi="Times New Roman"/>
          <w:sz w:val="19"/>
          <w:lang w:eastAsia="zh-CN"/>
        </w:rPr>
        <w:t>填写说明：请围绕具体文件、章节或条款提出意见。每条意见尽量对应一个具体问题，并说明修改建议及理由；如意见较多，可在本表末尾复制</w:t>
      </w:r>
      <w:r w:rsidR="00562CCB">
        <w:rPr>
          <w:rFonts w:ascii="Times New Roman" w:hAnsi="Times New Roman" w:hint="eastAsia"/>
          <w:sz w:val="19"/>
          <w:lang w:eastAsia="zh-CN"/>
        </w:rPr>
        <w:t>“</w:t>
      </w:r>
      <w:r>
        <w:rPr>
          <w:rFonts w:ascii="Times New Roman" w:hAnsi="Times New Roman"/>
          <w:sz w:val="19"/>
          <w:lang w:eastAsia="zh-CN"/>
        </w:rPr>
        <w:t>具体意见</w:t>
      </w:r>
      <w:r w:rsidR="00562CCB">
        <w:rPr>
          <w:rFonts w:ascii="Times New Roman" w:hAnsi="Times New Roman" w:hint="eastAsia"/>
          <w:sz w:val="19"/>
          <w:lang w:eastAsia="zh-CN"/>
        </w:rPr>
        <w:t>”</w:t>
      </w:r>
      <w:r>
        <w:rPr>
          <w:rFonts w:ascii="Times New Roman" w:hAnsi="Times New Roman"/>
          <w:sz w:val="19"/>
          <w:lang w:eastAsia="zh-CN"/>
        </w:rPr>
        <w:t>表格行，或另附页说明。</w:t>
      </w:r>
    </w:p>
    <w:p w14:paraId="1E272CAC" w14:textId="77777777" w:rsidR="004D262A" w:rsidRDefault="00000000">
      <w:pPr>
        <w:spacing w:before="140" w:after="60" w:line="300" w:lineRule="auto"/>
        <w:rPr>
          <w:rFonts w:hint="eastAsia"/>
        </w:rPr>
      </w:pPr>
      <w:proofErr w:type="spellStart"/>
      <w:r>
        <w:rPr>
          <w:rFonts w:ascii="Times New Roman" w:eastAsia="黑体" w:hAnsi="Times New Roman"/>
          <w:b/>
          <w:sz w:val="22"/>
        </w:rPr>
        <w:t>一、反馈人基本信息</w:t>
      </w:r>
      <w:proofErr w:type="spellEnd"/>
    </w:p>
    <w:tbl>
      <w:tblPr>
        <w:tblStyle w:val="aff1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3360"/>
      </w:tblGrid>
      <w:tr w:rsidR="004D262A" w14:paraId="537F01F3" w14:textId="77777777">
        <w:trPr>
          <w:jc w:val="center"/>
        </w:trPr>
        <w:tc>
          <w:tcPr>
            <w:tcW w:w="1500" w:type="dxa"/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E997C0" w14:textId="77777777" w:rsidR="004D262A" w:rsidRDefault="00000000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eastAsia="黑体" w:hAnsi="Times New Roman"/>
                <w:b/>
                <w:sz w:val="20"/>
              </w:rPr>
              <w:t>反馈单位</w:t>
            </w:r>
            <w:r>
              <w:rPr>
                <w:rFonts w:ascii="Times New Roman" w:eastAsia="黑体" w:hAnsi="Times New Roman"/>
                <w:b/>
                <w:sz w:val="20"/>
              </w:rPr>
              <w:t>/</w:t>
            </w:r>
            <w:r>
              <w:rPr>
                <w:rFonts w:ascii="Times New Roman" w:eastAsia="黑体" w:hAnsi="Times New Roman"/>
                <w:b/>
                <w:sz w:val="20"/>
              </w:rPr>
              <w:t>个人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6F95B7" w14:textId="77777777" w:rsidR="004D262A" w:rsidRDefault="004D262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1500" w:type="dxa"/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CF55B7" w14:textId="05976143" w:rsidR="004D262A" w:rsidRDefault="0039280B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eastAsia="黑体" w:hAnsi="Times New Roman" w:hint="eastAsia"/>
                <w:b/>
                <w:sz w:val="20"/>
                <w:lang w:eastAsia="zh-CN"/>
              </w:rPr>
              <w:t>填写</w:t>
            </w:r>
            <w:r w:rsidR="00000000">
              <w:rPr>
                <w:rFonts w:ascii="Times New Roman" w:eastAsia="黑体" w:hAnsi="Times New Roman"/>
                <w:b/>
                <w:sz w:val="20"/>
              </w:rPr>
              <w:t>人</w:t>
            </w:r>
          </w:p>
        </w:tc>
        <w:tc>
          <w:tcPr>
            <w:tcW w:w="3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1804DB" w14:textId="77777777" w:rsidR="004D262A" w:rsidRDefault="004D262A">
            <w:pPr>
              <w:spacing w:line="276" w:lineRule="auto"/>
              <w:rPr>
                <w:rFonts w:hint="eastAsia"/>
              </w:rPr>
            </w:pPr>
          </w:p>
        </w:tc>
      </w:tr>
      <w:tr w:rsidR="004D262A" w14:paraId="1D723835" w14:textId="77777777">
        <w:trPr>
          <w:jc w:val="center"/>
        </w:trPr>
        <w:tc>
          <w:tcPr>
            <w:tcW w:w="1500" w:type="dxa"/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7AB08D" w14:textId="77777777" w:rsidR="004D262A" w:rsidRDefault="00000000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eastAsia="黑体" w:hAnsi="Times New Roman"/>
                <w:b/>
                <w:sz w:val="20"/>
              </w:rPr>
              <w:t>单位性质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D3F2ED" w14:textId="77777777" w:rsidR="004D262A" w:rsidRDefault="00000000">
            <w:pPr>
              <w:spacing w:line="276" w:lineRule="auto"/>
              <w:rPr>
                <w:rFonts w:hint="eastAsia"/>
                <w:lang w:eastAsia="zh-CN"/>
              </w:rPr>
            </w:pPr>
            <w:r>
              <w:rPr>
                <w:rFonts w:ascii="Times New Roman" w:hAnsi="Times New Roman"/>
                <w:sz w:val="20"/>
                <w:lang w:eastAsia="zh-CN"/>
              </w:rPr>
              <w:t>□</w:t>
            </w:r>
            <w:r>
              <w:rPr>
                <w:rFonts w:ascii="Times New Roman" w:hAnsi="Times New Roman"/>
                <w:sz w:val="20"/>
                <w:lang w:eastAsia="zh-CN"/>
              </w:rPr>
              <w:t>监管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proofErr w:type="gramStart"/>
            <w:r>
              <w:rPr>
                <w:rFonts w:ascii="Times New Roman" w:hAnsi="Times New Roman"/>
                <w:sz w:val="20"/>
                <w:lang w:eastAsia="zh-CN"/>
              </w:rPr>
              <w:t>审评</w:t>
            </w:r>
            <w:r>
              <w:rPr>
                <w:rFonts w:ascii="Times New Roman" w:hAnsi="Times New Roman"/>
                <w:sz w:val="20"/>
                <w:lang w:eastAsia="zh-CN"/>
              </w:rPr>
              <w:t xml:space="preserve">  □</w:t>
            </w:r>
            <w:r>
              <w:rPr>
                <w:rFonts w:ascii="Times New Roman" w:hAnsi="Times New Roman"/>
                <w:sz w:val="20"/>
                <w:lang w:eastAsia="zh-CN"/>
              </w:rPr>
              <w:t>医疗机构</w:t>
            </w:r>
            <w:r>
              <w:rPr>
                <w:rFonts w:ascii="Times New Roman" w:hAnsi="Times New Roman"/>
                <w:sz w:val="20"/>
                <w:lang w:eastAsia="zh-CN"/>
              </w:rPr>
              <w:t xml:space="preserve">  □</w:t>
            </w:r>
            <w:r>
              <w:rPr>
                <w:rFonts w:ascii="Times New Roman" w:hAnsi="Times New Roman"/>
                <w:sz w:val="20"/>
                <w:lang w:eastAsia="zh-CN"/>
              </w:rPr>
              <w:t>企业</w:t>
            </w:r>
            <w:r>
              <w:rPr>
                <w:rFonts w:ascii="Times New Roman" w:hAnsi="Times New Roman"/>
                <w:sz w:val="20"/>
                <w:lang w:eastAsia="zh-CN"/>
              </w:rPr>
              <w:t xml:space="preserve">  □</w:t>
            </w:r>
            <w:proofErr w:type="gramEnd"/>
            <w:r>
              <w:rPr>
                <w:rFonts w:ascii="Times New Roman" w:hAnsi="Times New Roman"/>
                <w:sz w:val="20"/>
                <w:lang w:eastAsia="zh-CN"/>
              </w:rPr>
              <w:t>科研</w:t>
            </w:r>
            <w:r>
              <w:rPr>
                <w:rFonts w:ascii="Times New Roman" w:hAnsi="Times New Roman"/>
                <w:sz w:val="20"/>
                <w:lang w:eastAsia="zh-CN"/>
              </w:rPr>
              <w:t>/</w:t>
            </w:r>
            <w:proofErr w:type="gramStart"/>
            <w:r>
              <w:rPr>
                <w:rFonts w:ascii="Times New Roman" w:hAnsi="Times New Roman"/>
                <w:sz w:val="20"/>
                <w:lang w:eastAsia="zh-CN"/>
              </w:rPr>
              <w:t>教学</w:t>
            </w:r>
            <w:r>
              <w:rPr>
                <w:rFonts w:ascii="Times New Roman" w:hAnsi="Times New Roman"/>
                <w:sz w:val="20"/>
                <w:lang w:eastAsia="zh-CN"/>
              </w:rPr>
              <w:t xml:space="preserve">  □</w:t>
            </w:r>
            <w:r>
              <w:rPr>
                <w:rFonts w:ascii="Times New Roman" w:hAnsi="Times New Roman"/>
                <w:sz w:val="20"/>
                <w:lang w:eastAsia="zh-CN"/>
              </w:rPr>
              <w:t>行业组织</w:t>
            </w:r>
            <w:r>
              <w:rPr>
                <w:rFonts w:ascii="Times New Roman" w:hAnsi="Times New Roman"/>
                <w:sz w:val="20"/>
                <w:lang w:eastAsia="zh-CN"/>
              </w:rPr>
              <w:t xml:space="preserve">  □</w:t>
            </w:r>
            <w:proofErr w:type="gramEnd"/>
            <w:r>
              <w:rPr>
                <w:rFonts w:ascii="Times New Roman" w:hAnsi="Times New Roman"/>
                <w:sz w:val="20"/>
                <w:lang w:eastAsia="zh-CN"/>
              </w:rPr>
              <w:t>其他：</w:t>
            </w:r>
          </w:p>
        </w:tc>
        <w:tc>
          <w:tcPr>
            <w:tcW w:w="1500" w:type="dxa"/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1B68E7" w14:textId="77777777" w:rsidR="004D262A" w:rsidRDefault="00000000">
            <w:pPr>
              <w:spacing w:line="276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eastAsia="黑体" w:hAnsi="Times New Roman"/>
                <w:b/>
                <w:sz w:val="20"/>
              </w:rPr>
              <w:t>职务</w:t>
            </w:r>
            <w:proofErr w:type="spellEnd"/>
            <w:r>
              <w:rPr>
                <w:rFonts w:ascii="Times New Roman" w:eastAsia="黑体" w:hAnsi="Times New Roman"/>
                <w:b/>
                <w:sz w:val="20"/>
              </w:rPr>
              <w:t>/</w:t>
            </w:r>
            <w:proofErr w:type="spellStart"/>
            <w:r>
              <w:rPr>
                <w:rFonts w:ascii="Times New Roman" w:eastAsia="黑体" w:hAnsi="Times New Roman"/>
                <w:b/>
                <w:sz w:val="20"/>
              </w:rPr>
              <w:t>职称</w:t>
            </w:r>
            <w:proofErr w:type="spellEnd"/>
          </w:p>
        </w:tc>
        <w:tc>
          <w:tcPr>
            <w:tcW w:w="3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945AF4" w14:textId="77777777" w:rsidR="004D262A" w:rsidRDefault="004D262A">
            <w:pPr>
              <w:spacing w:line="276" w:lineRule="auto"/>
              <w:rPr>
                <w:rFonts w:hint="eastAsia"/>
              </w:rPr>
            </w:pPr>
          </w:p>
        </w:tc>
      </w:tr>
      <w:tr w:rsidR="004D262A" w14:paraId="2DF231C7" w14:textId="77777777">
        <w:trPr>
          <w:jc w:val="center"/>
        </w:trPr>
        <w:tc>
          <w:tcPr>
            <w:tcW w:w="1500" w:type="dxa"/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E2FC94" w14:textId="77777777" w:rsidR="004D262A" w:rsidRDefault="00000000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eastAsia="黑体" w:hAnsi="Times New Roman"/>
                <w:b/>
                <w:sz w:val="20"/>
              </w:rPr>
              <w:t>联系电话</w:t>
            </w:r>
          </w:p>
        </w:tc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00A3DD" w14:textId="77777777" w:rsidR="004D262A" w:rsidRDefault="004D262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1500" w:type="dxa"/>
            <w:shd w:val="clear" w:color="auto" w:fill="EDEDE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9B36EA" w14:textId="77777777" w:rsidR="004D262A" w:rsidRDefault="00000000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eastAsia="黑体" w:hAnsi="Times New Roman"/>
                <w:b/>
                <w:sz w:val="20"/>
              </w:rPr>
              <w:t>电子邮箱</w:t>
            </w:r>
          </w:p>
        </w:tc>
        <w:tc>
          <w:tcPr>
            <w:tcW w:w="3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96A2DA" w14:textId="77777777" w:rsidR="004D262A" w:rsidRDefault="004D262A">
            <w:pPr>
              <w:spacing w:line="276" w:lineRule="auto"/>
              <w:rPr>
                <w:rFonts w:hint="eastAsia"/>
              </w:rPr>
            </w:pPr>
          </w:p>
        </w:tc>
      </w:tr>
    </w:tbl>
    <w:p w14:paraId="46CDCCBF" w14:textId="187F50AB" w:rsidR="004D262A" w:rsidRDefault="00000000" w:rsidP="0039280B">
      <w:pPr>
        <w:spacing w:before="140" w:after="60" w:line="300" w:lineRule="auto"/>
        <w:rPr>
          <w:rFonts w:hint="eastAsia"/>
          <w:lang w:eastAsia="zh-CN"/>
        </w:rPr>
      </w:pPr>
      <w:r>
        <w:rPr>
          <w:rFonts w:ascii="Times New Roman" w:eastAsia="黑体" w:hAnsi="Times New Roman"/>
          <w:b/>
          <w:sz w:val="22"/>
          <w:lang w:eastAsia="zh-CN"/>
        </w:rPr>
        <w:t>二、具体意见</w:t>
      </w:r>
    </w:p>
    <w:p w14:paraId="60348411" w14:textId="77777777" w:rsidR="004D262A" w:rsidRDefault="00000000">
      <w:pPr>
        <w:spacing w:after="60" w:line="300" w:lineRule="auto"/>
        <w:ind w:left="283" w:right="283"/>
        <w:rPr>
          <w:rFonts w:hint="eastAsia"/>
          <w:lang w:eastAsia="zh-CN"/>
        </w:rPr>
      </w:pPr>
      <w:r>
        <w:rPr>
          <w:rFonts w:ascii="Times New Roman" w:hAnsi="Times New Roman"/>
          <w:sz w:val="19"/>
          <w:lang w:eastAsia="zh-CN"/>
        </w:rPr>
        <w:t>建议一条意见对应一行；表格行可根据需要复制或增删。</w:t>
      </w:r>
    </w:p>
    <w:tbl>
      <w:tblPr>
        <w:tblStyle w:val="aff1"/>
        <w:tblW w:w="9474" w:type="dxa"/>
        <w:jc w:val="center"/>
        <w:tblLayout w:type="fixed"/>
        <w:tblLook w:val="04A0" w:firstRow="1" w:lastRow="0" w:firstColumn="1" w:lastColumn="0" w:noHBand="0" w:noVBand="1"/>
      </w:tblPr>
      <w:tblGrid>
        <w:gridCol w:w="1895"/>
        <w:gridCol w:w="1186"/>
        <w:gridCol w:w="1485"/>
        <w:gridCol w:w="1715"/>
        <w:gridCol w:w="3193"/>
      </w:tblGrid>
      <w:tr w:rsidR="0039280B" w:rsidRPr="0039280B" w14:paraId="6FC6D789" w14:textId="77777777" w:rsidTr="00543A09">
        <w:trPr>
          <w:trHeight w:val="218"/>
          <w:jc w:val="center"/>
        </w:trPr>
        <w:tc>
          <w:tcPr>
            <w:tcW w:w="1895" w:type="dxa"/>
            <w:shd w:val="clear" w:color="auto" w:fill="D9E2F3"/>
            <w:vAlign w:val="center"/>
          </w:tcPr>
          <w:p w14:paraId="24DAA5BD" w14:textId="0E2FE1A8" w:rsidR="0039280B" w:rsidRPr="0039280B" w:rsidRDefault="0039280B" w:rsidP="0039280B">
            <w:pPr>
              <w:jc w:val="center"/>
              <w:rPr>
                <w:rFonts w:ascii="Times New Roman" w:eastAsia="黑体" w:hAnsi="Times New Roman" w:hint="eastAsia"/>
                <w:b/>
                <w:sz w:val="18"/>
                <w:szCs w:val="21"/>
                <w:lang w:eastAsia="zh-CN"/>
              </w:rPr>
            </w:pPr>
            <w:r w:rsidRPr="0039280B">
              <w:rPr>
                <w:rFonts w:ascii="Times New Roman" w:eastAsia="黑体" w:hAnsi="Times New Roman" w:hint="eastAsia"/>
                <w:b/>
                <w:sz w:val="18"/>
                <w:szCs w:val="21"/>
                <w:lang w:eastAsia="zh-CN"/>
              </w:rPr>
              <w:t>文件</w:t>
            </w:r>
          </w:p>
        </w:tc>
        <w:tc>
          <w:tcPr>
            <w:tcW w:w="1186" w:type="dxa"/>
            <w:shd w:val="clear" w:color="auto" w:fill="D9E2F3"/>
            <w:vAlign w:val="center"/>
          </w:tcPr>
          <w:p w14:paraId="45E91546" w14:textId="5421129D" w:rsidR="0039280B" w:rsidRPr="0039280B" w:rsidRDefault="0039280B" w:rsidP="0039280B">
            <w:pPr>
              <w:jc w:val="center"/>
              <w:rPr>
                <w:rFonts w:ascii="Times New Roman" w:eastAsia="黑体" w:hAnsi="Times New Roman"/>
                <w:b/>
                <w:sz w:val="18"/>
                <w:szCs w:val="21"/>
              </w:rPr>
            </w:pPr>
            <w:proofErr w:type="spellStart"/>
            <w:r w:rsidRPr="0039280B">
              <w:rPr>
                <w:rFonts w:ascii="Times New Roman" w:eastAsia="黑体" w:hAnsi="Times New Roman"/>
                <w:b/>
                <w:sz w:val="18"/>
                <w:szCs w:val="21"/>
              </w:rPr>
              <w:t>序号</w:t>
            </w:r>
            <w:proofErr w:type="spellEnd"/>
          </w:p>
        </w:tc>
        <w:tc>
          <w:tcPr>
            <w:tcW w:w="1485" w:type="dxa"/>
            <w:shd w:val="clear" w:color="auto" w:fill="D9E2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92D074" w14:textId="2AD4EF32" w:rsidR="0039280B" w:rsidRPr="0039280B" w:rsidRDefault="0039280B" w:rsidP="0039280B">
            <w:pPr>
              <w:spacing w:line="276" w:lineRule="auto"/>
              <w:jc w:val="center"/>
              <w:rPr>
                <w:rFonts w:hint="eastAsia"/>
                <w:sz w:val="18"/>
                <w:szCs w:val="21"/>
              </w:rPr>
            </w:pPr>
            <w:proofErr w:type="spellStart"/>
            <w:r w:rsidRPr="0039280B">
              <w:rPr>
                <w:rFonts w:ascii="Times New Roman" w:eastAsia="黑体" w:hAnsi="Times New Roman"/>
                <w:b/>
                <w:sz w:val="18"/>
                <w:szCs w:val="21"/>
              </w:rPr>
              <w:t>章节</w:t>
            </w:r>
            <w:proofErr w:type="spellEnd"/>
            <w:r w:rsidRPr="0039280B">
              <w:rPr>
                <w:rFonts w:ascii="Times New Roman" w:eastAsia="黑体" w:hAnsi="Times New Roman"/>
                <w:b/>
                <w:sz w:val="18"/>
                <w:szCs w:val="21"/>
              </w:rPr>
              <w:t>/</w:t>
            </w:r>
            <w:proofErr w:type="spellStart"/>
            <w:r w:rsidRPr="0039280B">
              <w:rPr>
                <w:rFonts w:ascii="Times New Roman" w:eastAsia="黑体" w:hAnsi="Times New Roman"/>
                <w:b/>
                <w:sz w:val="18"/>
                <w:szCs w:val="21"/>
              </w:rPr>
              <w:t>条款</w:t>
            </w:r>
            <w:proofErr w:type="spellEnd"/>
            <w:r w:rsidRPr="0039280B">
              <w:rPr>
                <w:rFonts w:ascii="Times New Roman" w:eastAsia="黑体" w:hAnsi="Times New Roman"/>
                <w:b/>
                <w:sz w:val="18"/>
                <w:szCs w:val="21"/>
              </w:rPr>
              <w:t>/</w:t>
            </w:r>
            <w:proofErr w:type="spellStart"/>
            <w:r w:rsidRPr="0039280B">
              <w:rPr>
                <w:rFonts w:ascii="Times New Roman" w:eastAsia="黑体" w:hAnsi="Times New Roman"/>
                <w:b/>
                <w:sz w:val="18"/>
                <w:szCs w:val="21"/>
              </w:rPr>
              <w:t>页码</w:t>
            </w:r>
            <w:proofErr w:type="spellEnd"/>
          </w:p>
        </w:tc>
        <w:tc>
          <w:tcPr>
            <w:tcW w:w="1715" w:type="dxa"/>
            <w:shd w:val="clear" w:color="auto" w:fill="D9E2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53B74E" w14:textId="77777777" w:rsidR="0039280B" w:rsidRPr="0039280B" w:rsidRDefault="0039280B" w:rsidP="0039280B">
            <w:pPr>
              <w:spacing w:line="276" w:lineRule="auto"/>
              <w:jc w:val="center"/>
              <w:rPr>
                <w:rFonts w:hint="eastAsia"/>
                <w:sz w:val="18"/>
                <w:szCs w:val="21"/>
              </w:rPr>
            </w:pPr>
            <w:r w:rsidRPr="0039280B">
              <w:rPr>
                <w:rFonts w:ascii="Times New Roman" w:eastAsia="黑体" w:hAnsi="Times New Roman"/>
                <w:b/>
                <w:sz w:val="18"/>
                <w:szCs w:val="21"/>
              </w:rPr>
              <w:t>原文或问题概述</w:t>
            </w:r>
          </w:p>
        </w:tc>
        <w:tc>
          <w:tcPr>
            <w:tcW w:w="3193" w:type="dxa"/>
            <w:shd w:val="clear" w:color="auto" w:fill="D9E2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ABD18D" w14:textId="77777777" w:rsidR="0039280B" w:rsidRPr="0039280B" w:rsidRDefault="0039280B" w:rsidP="0039280B">
            <w:pPr>
              <w:spacing w:line="276" w:lineRule="auto"/>
              <w:jc w:val="center"/>
              <w:rPr>
                <w:rFonts w:hint="eastAsia"/>
                <w:sz w:val="18"/>
                <w:szCs w:val="21"/>
              </w:rPr>
            </w:pPr>
            <w:r w:rsidRPr="0039280B">
              <w:rPr>
                <w:rFonts w:ascii="Times New Roman" w:eastAsia="黑体" w:hAnsi="Times New Roman"/>
                <w:b/>
                <w:sz w:val="18"/>
                <w:szCs w:val="21"/>
              </w:rPr>
              <w:t>修改建议及理由</w:t>
            </w:r>
          </w:p>
        </w:tc>
      </w:tr>
      <w:tr w:rsidR="0039280B" w:rsidRPr="0039280B" w14:paraId="6BD75A63" w14:textId="77777777" w:rsidTr="00543A09">
        <w:trPr>
          <w:trHeight w:val="289"/>
          <w:jc w:val="center"/>
        </w:trPr>
        <w:tc>
          <w:tcPr>
            <w:tcW w:w="1895" w:type="dxa"/>
            <w:vMerge w:val="restart"/>
            <w:vAlign w:val="center"/>
          </w:tcPr>
          <w:p w14:paraId="0A283F8D" w14:textId="0DC8EDD0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  <w:r w:rsidRPr="0039280B">
              <w:rPr>
                <w:rFonts w:ascii="Times New Roman" w:hAnsi="Times New Roman"/>
                <w:sz w:val="18"/>
                <w:szCs w:val="21"/>
                <w:lang w:eastAsia="zh-CN"/>
              </w:rPr>
              <w:t>《大模型与生成式人工智能医疗器械性能评价指导原则（征求意见稿）》</w:t>
            </w:r>
          </w:p>
        </w:tc>
        <w:tc>
          <w:tcPr>
            <w:tcW w:w="1186" w:type="dxa"/>
            <w:vAlign w:val="center"/>
          </w:tcPr>
          <w:p w14:paraId="0DA2195F" w14:textId="13D3E99A" w:rsidR="0039280B" w:rsidRPr="0039280B" w:rsidRDefault="0039280B" w:rsidP="0039280B">
            <w:pPr>
              <w:jc w:val="center"/>
              <w:rPr>
                <w:rFonts w:hint="eastAsia"/>
                <w:sz w:val="18"/>
                <w:szCs w:val="21"/>
              </w:rPr>
            </w:pPr>
            <w:r w:rsidRPr="0039280B">
              <w:rPr>
                <w:rFonts w:ascii="Times New Roman" w:hAnsi="Times New Roman"/>
                <w:sz w:val="18"/>
                <w:szCs w:val="21"/>
              </w:rPr>
              <w:t>1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15FE45" w14:textId="19E1FC8B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C89900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A2591D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</w:tr>
      <w:tr w:rsidR="0039280B" w:rsidRPr="0039280B" w14:paraId="307C3F02" w14:textId="77777777" w:rsidTr="00543A09">
        <w:trPr>
          <w:trHeight w:val="114"/>
          <w:jc w:val="center"/>
        </w:trPr>
        <w:tc>
          <w:tcPr>
            <w:tcW w:w="1895" w:type="dxa"/>
            <w:vMerge/>
            <w:vAlign w:val="center"/>
          </w:tcPr>
          <w:p w14:paraId="2A937BE5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</w:rPr>
            </w:pPr>
          </w:p>
        </w:tc>
        <w:tc>
          <w:tcPr>
            <w:tcW w:w="1186" w:type="dxa"/>
            <w:vAlign w:val="center"/>
          </w:tcPr>
          <w:p w14:paraId="7A69D881" w14:textId="43B5873F" w:rsidR="0039280B" w:rsidRPr="0039280B" w:rsidRDefault="0039280B" w:rsidP="0039280B">
            <w:pPr>
              <w:jc w:val="center"/>
              <w:rPr>
                <w:rFonts w:hint="eastAsia"/>
                <w:sz w:val="18"/>
                <w:szCs w:val="21"/>
              </w:rPr>
            </w:pPr>
            <w:r w:rsidRPr="0039280B">
              <w:rPr>
                <w:rFonts w:ascii="Times New Roman" w:hAnsi="Times New Roman"/>
                <w:sz w:val="18"/>
                <w:szCs w:val="21"/>
              </w:rPr>
              <w:t>2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B5545D" w14:textId="1EB3FFD2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726AEC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7CB23C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</w:tr>
      <w:tr w:rsidR="0039280B" w:rsidRPr="0039280B" w14:paraId="659A89D6" w14:textId="77777777" w:rsidTr="00543A09">
        <w:trPr>
          <w:trHeight w:val="114"/>
          <w:jc w:val="center"/>
        </w:trPr>
        <w:tc>
          <w:tcPr>
            <w:tcW w:w="1895" w:type="dxa"/>
            <w:vMerge/>
            <w:vAlign w:val="center"/>
          </w:tcPr>
          <w:p w14:paraId="0CC35DE6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</w:rPr>
            </w:pPr>
          </w:p>
        </w:tc>
        <w:tc>
          <w:tcPr>
            <w:tcW w:w="1186" w:type="dxa"/>
            <w:vAlign w:val="center"/>
          </w:tcPr>
          <w:p w14:paraId="288C5E8D" w14:textId="26124E9C" w:rsidR="0039280B" w:rsidRPr="0039280B" w:rsidRDefault="0039280B" w:rsidP="0039280B">
            <w:pPr>
              <w:jc w:val="center"/>
              <w:rPr>
                <w:rFonts w:hint="eastAsia"/>
                <w:sz w:val="18"/>
                <w:szCs w:val="21"/>
              </w:rPr>
            </w:pPr>
            <w:r w:rsidRPr="0039280B">
              <w:rPr>
                <w:rFonts w:ascii="Times New Roman" w:hAnsi="Times New Roman"/>
                <w:sz w:val="18"/>
                <w:szCs w:val="21"/>
              </w:rPr>
              <w:t>3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1F828D" w14:textId="49A3B610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E01944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360876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</w:tr>
      <w:tr w:rsidR="0039280B" w:rsidRPr="0039280B" w14:paraId="45B6399F" w14:textId="77777777" w:rsidTr="00543A09">
        <w:trPr>
          <w:trHeight w:val="281"/>
          <w:jc w:val="center"/>
        </w:trPr>
        <w:tc>
          <w:tcPr>
            <w:tcW w:w="1895" w:type="dxa"/>
            <w:vMerge w:val="restart"/>
            <w:vAlign w:val="center"/>
          </w:tcPr>
          <w:p w14:paraId="1D9A3FDC" w14:textId="76F10596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  <w:r w:rsidRPr="0039280B">
              <w:rPr>
                <w:rFonts w:ascii="Times New Roman" w:hAnsi="Times New Roman"/>
                <w:sz w:val="18"/>
                <w:szCs w:val="21"/>
                <w:lang w:eastAsia="zh-CN"/>
              </w:rPr>
              <w:t>《多模态、多病种人工智能医疗器械临床评价指导原则（征求意见稿）》</w:t>
            </w:r>
          </w:p>
        </w:tc>
        <w:tc>
          <w:tcPr>
            <w:tcW w:w="1186" w:type="dxa"/>
            <w:vAlign w:val="center"/>
          </w:tcPr>
          <w:p w14:paraId="1B1456AF" w14:textId="275E7E88" w:rsidR="0039280B" w:rsidRPr="0039280B" w:rsidRDefault="0039280B" w:rsidP="0039280B">
            <w:pPr>
              <w:jc w:val="center"/>
              <w:rPr>
                <w:rFonts w:hint="eastAsia"/>
                <w:sz w:val="18"/>
                <w:szCs w:val="21"/>
              </w:rPr>
            </w:pPr>
            <w:r w:rsidRPr="0039280B">
              <w:rPr>
                <w:rFonts w:ascii="Times New Roman" w:hAnsi="Times New Roman"/>
                <w:sz w:val="18"/>
                <w:szCs w:val="21"/>
              </w:rPr>
              <w:t>4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1EB24F" w14:textId="2C141FCA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AB5DFC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416BDB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</w:tr>
      <w:tr w:rsidR="0039280B" w:rsidRPr="0039280B" w14:paraId="647DF7AB" w14:textId="77777777" w:rsidTr="00543A09">
        <w:trPr>
          <w:trHeight w:val="114"/>
          <w:jc w:val="center"/>
        </w:trPr>
        <w:tc>
          <w:tcPr>
            <w:tcW w:w="1895" w:type="dxa"/>
            <w:vMerge/>
            <w:vAlign w:val="center"/>
          </w:tcPr>
          <w:p w14:paraId="6390DB42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</w:rPr>
            </w:pPr>
          </w:p>
        </w:tc>
        <w:tc>
          <w:tcPr>
            <w:tcW w:w="1186" w:type="dxa"/>
            <w:vAlign w:val="center"/>
          </w:tcPr>
          <w:p w14:paraId="34850D77" w14:textId="6F28E24C" w:rsidR="0039280B" w:rsidRPr="0039280B" w:rsidRDefault="0039280B" w:rsidP="0039280B">
            <w:pPr>
              <w:jc w:val="center"/>
              <w:rPr>
                <w:rFonts w:hint="eastAsia"/>
                <w:sz w:val="18"/>
                <w:szCs w:val="21"/>
              </w:rPr>
            </w:pPr>
            <w:r w:rsidRPr="0039280B">
              <w:rPr>
                <w:rFonts w:ascii="Times New Roman" w:hAnsi="Times New Roman"/>
                <w:sz w:val="18"/>
                <w:szCs w:val="21"/>
              </w:rPr>
              <w:t>5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A82476" w14:textId="764E4A4B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8B86D3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C04330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</w:tr>
      <w:tr w:rsidR="0039280B" w:rsidRPr="0039280B" w14:paraId="564C2FD2" w14:textId="77777777" w:rsidTr="00543A09">
        <w:trPr>
          <w:trHeight w:val="114"/>
          <w:jc w:val="center"/>
        </w:trPr>
        <w:tc>
          <w:tcPr>
            <w:tcW w:w="1895" w:type="dxa"/>
            <w:vMerge/>
            <w:vAlign w:val="center"/>
          </w:tcPr>
          <w:p w14:paraId="56CDB540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</w:rPr>
            </w:pPr>
          </w:p>
        </w:tc>
        <w:tc>
          <w:tcPr>
            <w:tcW w:w="1186" w:type="dxa"/>
            <w:vAlign w:val="center"/>
          </w:tcPr>
          <w:p w14:paraId="2E5EBF48" w14:textId="0E7E74F9" w:rsidR="0039280B" w:rsidRPr="0039280B" w:rsidRDefault="0039280B" w:rsidP="0039280B">
            <w:pPr>
              <w:jc w:val="center"/>
              <w:rPr>
                <w:rFonts w:hint="eastAsia"/>
                <w:sz w:val="18"/>
                <w:szCs w:val="21"/>
              </w:rPr>
            </w:pPr>
            <w:r w:rsidRPr="0039280B">
              <w:rPr>
                <w:rFonts w:ascii="Times New Roman" w:hAnsi="Times New Roman"/>
                <w:sz w:val="18"/>
                <w:szCs w:val="21"/>
              </w:rPr>
              <w:t>6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AB444B" w14:textId="6F626F8F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67E78E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2B2B86" w14:textId="77777777" w:rsidR="0039280B" w:rsidRPr="0039280B" w:rsidRDefault="0039280B" w:rsidP="0039280B">
            <w:pPr>
              <w:spacing w:line="276" w:lineRule="auto"/>
              <w:rPr>
                <w:rFonts w:hint="eastAsia"/>
                <w:sz w:val="18"/>
                <w:szCs w:val="21"/>
              </w:rPr>
            </w:pPr>
          </w:p>
        </w:tc>
      </w:tr>
      <w:tr w:rsidR="0039280B" w:rsidRPr="0039280B" w14:paraId="4DA6F63F" w14:textId="77777777" w:rsidTr="00543A09">
        <w:trPr>
          <w:trHeight w:val="566"/>
          <w:jc w:val="center"/>
        </w:trPr>
        <w:tc>
          <w:tcPr>
            <w:tcW w:w="1895" w:type="dxa"/>
            <w:vAlign w:val="center"/>
          </w:tcPr>
          <w:p w14:paraId="4E496D40" w14:textId="026B5629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  <w:r w:rsidRPr="0039280B">
              <w:rPr>
                <w:rFonts w:hint="eastAsia"/>
                <w:sz w:val="18"/>
                <w:szCs w:val="21"/>
                <w:lang w:eastAsia="zh-CN"/>
              </w:rPr>
              <w:t>附件一《</w:t>
            </w:r>
            <w:r w:rsidRPr="0039280B">
              <w:rPr>
                <w:sz w:val="18"/>
                <w:szCs w:val="21"/>
                <w:lang w:eastAsia="zh-CN"/>
              </w:rPr>
              <w:t>大模型与生成式人工智能医疗器械性能评价任务集和错误分级表（征求意见稿）</w:t>
            </w:r>
            <w:r w:rsidRPr="0039280B">
              <w:rPr>
                <w:rFonts w:hint="eastAsia"/>
                <w:sz w:val="18"/>
                <w:szCs w:val="21"/>
                <w:lang w:eastAsia="zh-CN"/>
              </w:rPr>
              <w:t>》</w:t>
            </w:r>
          </w:p>
        </w:tc>
        <w:tc>
          <w:tcPr>
            <w:tcW w:w="1186" w:type="dxa"/>
            <w:vAlign w:val="center"/>
          </w:tcPr>
          <w:p w14:paraId="71F116AD" w14:textId="6AD524D5" w:rsidR="0039280B" w:rsidRPr="0039280B" w:rsidRDefault="0039280B" w:rsidP="0039280B">
            <w:pPr>
              <w:jc w:val="center"/>
              <w:rPr>
                <w:rFonts w:ascii="Times New Roman" w:hAnsi="Times New Roman"/>
                <w:sz w:val="18"/>
                <w:szCs w:val="21"/>
                <w:lang w:eastAsia="zh-CN"/>
              </w:rPr>
            </w:pPr>
            <w:r w:rsidRPr="0039280B">
              <w:rPr>
                <w:rFonts w:ascii="Times New Roman" w:hAnsi="Times New Roman" w:hint="eastAsia"/>
                <w:sz w:val="18"/>
                <w:szCs w:val="21"/>
                <w:lang w:eastAsia="zh-CN"/>
              </w:rPr>
              <w:t>7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FFD04D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E6F1B7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D3C7DA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</w:tr>
      <w:tr w:rsidR="0039280B" w:rsidRPr="0039280B" w14:paraId="565E2896" w14:textId="77777777" w:rsidTr="00543A09">
        <w:trPr>
          <w:trHeight w:val="566"/>
          <w:jc w:val="center"/>
        </w:trPr>
        <w:tc>
          <w:tcPr>
            <w:tcW w:w="1895" w:type="dxa"/>
            <w:vAlign w:val="center"/>
          </w:tcPr>
          <w:p w14:paraId="45E18BB5" w14:textId="35F15DEE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  <w:r w:rsidRPr="0039280B">
              <w:rPr>
                <w:sz w:val="18"/>
                <w:szCs w:val="21"/>
                <w:lang w:eastAsia="zh-CN"/>
              </w:rPr>
              <w:t xml:space="preserve">附件二 </w:t>
            </w:r>
            <w:r w:rsidR="00543A09">
              <w:rPr>
                <w:rFonts w:hint="eastAsia"/>
                <w:sz w:val="18"/>
                <w:szCs w:val="21"/>
                <w:lang w:eastAsia="zh-CN"/>
              </w:rPr>
              <w:t>《</w:t>
            </w:r>
            <w:r w:rsidRPr="0039280B">
              <w:rPr>
                <w:sz w:val="18"/>
                <w:szCs w:val="21"/>
                <w:lang w:eastAsia="zh-CN"/>
              </w:rPr>
              <w:t>算法变更影响分析、版本台账和预设变更控制计划模板（征求意见稿）</w:t>
            </w:r>
            <w:r w:rsidR="00543A09">
              <w:rPr>
                <w:rFonts w:hint="eastAsia"/>
                <w:sz w:val="18"/>
                <w:szCs w:val="21"/>
                <w:lang w:eastAsia="zh-CN"/>
              </w:rPr>
              <w:t>》</w:t>
            </w:r>
          </w:p>
        </w:tc>
        <w:tc>
          <w:tcPr>
            <w:tcW w:w="1186" w:type="dxa"/>
            <w:vAlign w:val="center"/>
          </w:tcPr>
          <w:p w14:paraId="78B97CDC" w14:textId="0DF2DEBA" w:rsidR="0039280B" w:rsidRPr="0039280B" w:rsidRDefault="0039280B" w:rsidP="0039280B">
            <w:pPr>
              <w:jc w:val="center"/>
              <w:rPr>
                <w:rFonts w:ascii="Times New Roman" w:hAnsi="Times New Roman"/>
                <w:sz w:val="18"/>
                <w:szCs w:val="21"/>
                <w:lang w:eastAsia="zh-CN"/>
              </w:rPr>
            </w:pPr>
            <w:r w:rsidRPr="0039280B">
              <w:rPr>
                <w:rFonts w:ascii="Times New Roman" w:hAnsi="Times New Roman" w:hint="eastAsia"/>
                <w:sz w:val="18"/>
                <w:szCs w:val="21"/>
                <w:lang w:eastAsia="zh-CN"/>
              </w:rPr>
              <w:t>8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F80984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920810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4C1212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</w:tr>
      <w:tr w:rsidR="0039280B" w:rsidRPr="0039280B" w14:paraId="3828B8F0" w14:textId="77777777" w:rsidTr="00543A09">
        <w:trPr>
          <w:trHeight w:val="566"/>
          <w:jc w:val="center"/>
        </w:trPr>
        <w:tc>
          <w:tcPr>
            <w:tcW w:w="1895" w:type="dxa"/>
            <w:vAlign w:val="center"/>
          </w:tcPr>
          <w:p w14:paraId="568B4F80" w14:textId="7AA3505F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  <w:r w:rsidRPr="0039280B">
              <w:rPr>
                <w:sz w:val="18"/>
                <w:szCs w:val="21"/>
                <w:lang w:eastAsia="zh-CN"/>
              </w:rPr>
              <w:t>附件三</w:t>
            </w:r>
            <w:r w:rsidR="00543A09">
              <w:rPr>
                <w:rFonts w:hint="eastAsia"/>
                <w:sz w:val="18"/>
                <w:szCs w:val="21"/>
                <w:lang w:eastAsia="zh-CN"/>
              </w:rPr>
              <w:t>《</w:t>
            </w:r>
            <w:r w:rsidRPr="0039280B">
              <w:rPr>
                <w:sz w:val="18"/>
                <w:szCs w:val="21"/>
                <w:lang w:eastAsia="zh-CN"/>
              </w:rPr>
              <w:t>真实世界性能监测指标、风险信号、处置与报送表（征求意见稿）</w:t>
            </w:r>
            <w:r w:rsidR="00543A09">
              <w:rPr>
                <w:rFonts w:hint="eastAsia"/>
                <w:sz w:val="18"/>
                <w:szCs w:val="21"/>
                <w:lang w:eastAsia="zh-CN"/>
              </w:rPr>
              <w:t>》</w:t>
            </w:r>
          </w:p>
        </w:tc>
        <w:tc>
          <w:tcPr>
            <w:tcW w:w="1186" w:type="dxa"/>
            <w:vAlign w:val="center"/>
          </w:tcPr>
          <w:p w14:paraId="3975D424" w14:textId="39573A8C" w:rsidR="0039280B" w:rsidRPr="0039280B" w:rsidRDefault="0039280B" w:rsidP="0039280B">
            <w:pPr>
              <w:jc w:val="center"/>
              <w:rPr>
                <w:rFonts w:ascii="Times New Roman" w:hAnsi="Times New Roman"/>
                <w:sz w:val="18"/>
                <w:szCs w:val="21"/>
                <w:lang w:eastAsia="zh-CN"/>
              </w:rPr>
            </w:pPr>
            <w:r w:rsidRPr="0039280B">
              <w:rPr>
                <w:rFonts w:ascii="Times New Roman" w:hAnsi="Times New Roman" w:hint="eastAsia"/>
                <w:sz w:val="18"/>
                <w:szCs w:val="21"/>
                <w:lang w:eastAsia="zh-CN"/>
              </w:rPr>
              <w:t>9</w:t>
            </w:r>
          </w:p>
        </w:tc>
        <w:tc>
          <w:tcPr>
            <w:tcW w:w="148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583F78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  <w:tc>
          <w:tcPr>
            <w:tcW w:w="17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87C8FD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  <w:tc>
          <w:tcPr>
            <w:tcW w:w="319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368F6B" w14:textId="77777777" w:rsidR="0039280B" w:rsidRPr="0039280B" w:rsidRDefault="0039280B" w:rsidP="0039280B">
            <w:pPr>
              <w:rPr>
                <w:rFonts w:hint="eastAsia"/>
                <w:sz w:val="18"/>
                <w:szCs w:val="21"/>
                <w:lang w:eastAsia="zh-CN"/>
              </w:rPr>
            </w:pPr>
          </w:p>
        </w:tc>
      </w:tr>
    </w:tbl>
    <w:p w14:paraId="03940049" w14:textId="48C06433" w:rsidR="004D262A" w:rsidRDefault="00000000">
      <w:pPr>
        <w:spacing w:before="160" w:after="80" w:line="300" w:lineRule="auto"/>
        <w:ind w:left="283" w:right="283"/>
        <w:rPr>
          <w:rFonts w:hint="eastAsia"/>
          <w:lang w:eastAsia="zh-CN"/>
        </w:rPr>
      </w:pPr>
      <w:r>
        <w:rPr>
          <w:rFonts w:ascii="Times New Roman" w:hAnsi="Times New Roman"/>
          <w:sz w:val="19"/>
          <w:lang w:eastAsia="zh-CN"/>
        </w:rPr>
        <w:t>提交方式：请按公开征求意见公告所列邮箱提交。本表可保存为</w:t>
      </w:r>
      <w:r>
        <w:rPr>
          <w:rFonts w:ascii="Times New Roman" w:hAnsi="Times New Roman"/>
          <w:sz w:val="19"/>
          <w:lang w:eastAsia="zh-CN"/>
        </w:rPr>
        <w:t xml:space="preserve"> Word </w:t>
      </w:r>
      <w:r>
        <w:rPr>
          <w:rFonts w:ascii="Times New Roman" w:hAnsi="Times New Roman"/>
          <w:sz w:val="19"/>
          <w:lang w:eastAsia="zh-CN"/>
        </w:rPr>
        <w:t>文件后填写，也可打印填写后扫描提交。</w:t>
      </w:r>
    </w:p>
    <w:p w14:paraId="5FDBB2C1" w14:textId="69AFF2D8" w:rsidR="004D262A" w:rsidRDefault="00000000">
      <w:pPr>
        <w:spacing w:after="80" w:line="300" w:lineRule="auto"/>
        <w:ind w:left="283" w:right="283"/>
        <w:rPr>
          <w:rFonts w:hint="eastAsia"/>
          <w:lang w:eastAsia="zh-CN"/>
        </w:rPr>
      </w:pPr>
      <w:r>
        <w:rPr>
          <w:rFonts w:ascii="Times New Roman" w:hAnsi="Times New Roman"/>
          <w:sz w:val="19"/>
          <w:lang w:eastAsia="zh-CN"/>
        </w:rPr>
        <w:t>提示：本表所填信息仅用于本次征求意见。</w:t>
      </w:r>
    </w:p>
    <w:sectPr w:rsidR="004D262A" w:rsidSect="00034616">
      <w:pgSz w:w="11906" w:h="16838"/>
      <w:pgMar w:top="1191" w:right="1247" w:bottom="1191" w:left="124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16348" w14:textId="77777777" w:rsidR="00211CBD" w:rsidRDefault="00211CB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1D9CDB5" w14:textId="77777777" w:rsidR="00211CBD" w:rsidRDefault="00211CB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4CF92" w14:textId="77777777" w:rsidR="00211CBD" w:rsidRDefault="00211CB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9BAFA78" w14:textId="77777777" w:rsidR="00211CBD" w:rsidRDefault="00211CB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894405">
    <w:abstractNumId w:val="8"/>
  </w:num>
  <w:num w:numId="2" w16cid:durableId="528760087">
    <w:abstractNumId w:val="6"/>
  </w:num>
  <w:num w:numId="3" w16cid:durableId="790710274">
    <w:abstractNumId w:val="5"/>
  </w:num>
  <w:num w:numId="4" w16cid:durableId="1651133020">
    <w:abstractNumId w:val="4"/>
  </w:num>
  <w:num w:numId="5" w16cid:durableId="1834880690">
    <w:abstractNumId w:val="7"/>
  </w:num>
  <w:num w:numId="6" w16cid:durableId="1569263221">
    <w:abstractNumId w:val="3"/>
  </w:num>
  <w:num w:numId="7" w16cid:durableId="986741037">
    <w:abstractNumId w:val="2"/>
  </w:num>
  <w:num w:numId="8" w16cid:durableId="1337612867">
    <w:abstractNumId w:val="1"/>
  </w:num>
  <w:num w:numId="9" w16cid:durableId="38236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1CBD"/>
    <w:rsid w:val="00271E7F"/>
    <w:rsid w:val="0029639D"/>
    <w:rsid w:val="00326F90"/>
    <w:rsid w:val="0039280B"/>
    <w:rsid w:val="004D262A"/>
    <w:rsid w:val="005266AB"/>
    <w:rsid w:val="00543A09"/>
    <w:rsid w:val="00562CCB"/>
    <w:rsid w:val="005A4ADA"/>
    <w:rsid w:val="008E6BA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26FB77"/>
  <w14:defaultImageDpi w14:val="300"/>
  <w15:docId w15:val="{1EF76325-CB56-43BB-977F-9EA3F0D0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仿宋_GB2312" w:eastAsia="仿宋_GB2312" w:hAnsi="仿宋_GB2312"/>
      <w:color w:val="00000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293</Words>
  <Characters>318</Characters>
  <Application>Microsoft Office Word</Application>
  <DocSecurity>0</DocSecurity>
  <Lines>45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人工智能医疗器械指导原则及配套附件意见反馈表（可编辑版）</dc:title>
  <dc:subject>公开征求意见配套表格</dc:subject>
  <dc:creator>微 任</dc:creator>
  <cp:keywords/>
  <dc:description>generated by python-docx</dc:description>
  <cp:lastModifiedBy>微 任</cp:lastModifiedBy>
  <cp:revision>4</cp:revision>
  <dcterms:created xsi:type="dcterms:W3CDTF">2026-08-27T09:59:00Z</dcterms:created>
  <dcterms:modified xsi:type="dcterms:W3CDTF">2026-08-28T03:47:00Z</dcterms:modified>
  <cp:category/>
</cp:coreProperties>
</file>